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Dix questions de test</w:t>
      </w:r>
    </w:p>
    <w:p>
      <w:r>
        <w:t>Document fabriqué pour un projet d'entraînement de Meridal. Il reste hors du projet : il sert à vérifier l'assistant, et la correction est sur la page.</w:t>
      </w:r>
    </w:p>
    <w:p>
      <w:pPr>
        <w:pStyle w:val="Heading2"/>
      </w:pPr>
      <w:r>
        <w:t>Les questions</w:t>
      </w:r>
    </w:p>
    <w:p>
      <w:r>
        <w:t>1. Quand a lieu le déménagement ?</w:t>
      </w:r>
    </w:p>
    <w:p>
      <w:r>
        <w:t>2. Qui démonte les centres d'usinage ?</w:t>
      </w:r>
    </w:p>
    <w:p>
      <w:r>
        <w:t>3. Quel est le budget du transport ?</w:t>
      </w:r>
    </w:p>
    <w:p>
      <w:r>
        <w:t>4. Quelles tâches sont en retard au 9 octobre 2026, et qui en est responsable ?</w:t>
      </w:r>
    </w:p>
    <w:p>
      <w:r>
        <w:t>5. Qui suit le raccordement électrique, et avec quel prestataire ?</w:t>
      </w:r>
    </w:p>
    <w:p>
      <w:r>
        <w:t>6. Quelles décisions ont été prises à la réunion du 6 octobre ?</w:t>
      </w:r>
    </w:p>
    <w:p>
      <w:r>
        <w:t>7. Quand l'atelier est-il fermé ?</w:t>
      </w:r>
    </w:p>
    <w:p>
      <w:r>
        <w:t>8. Quel est le loyer du nouveau bâtiment ?</w:t>
      </w:r>
    </w:p>
    <w:p>
      <w:r>
        <w:t>9. Rédigez le message qui prévient les clients de la fermeture de l'atelier.</w:t>
      </w:r>
    </w:p>
    <w:p>
      <w:r>
        <w:t>10. Ajoutez au journal la décision prise ce matin : un parking provisoire est loué pour les camions pendant le déménagement.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questions-de-test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