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Interventions de septembre</w:t>
      </w:r>
    </w:p>
    <w:p>
      <w:r>
        <w:t>Document fabriqué pour un projet d'entraînement de Meridal : l'entreprise, Calorie Services, ses techniciens, ses clients et ses montants sont inventés.</w:t>
      </w:r>
    </w:p>
    <w:p>
      <w:r>
        <w:t>Les soixante dernières interventions, saisies à la main dans un tableur partagé, du 7 septembre au 2 octobre 2026. Des erreurs de saisie s'y trouvent, comme dans tout tableur rempli à la main : la colonne Contrôle les signale.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N°</w:t>
            </w:r>
          </w:p>
        </w:tc>
        <w:tc>
          <w:tcPr>
            <w:tcW w:type="dxa" w:w="864"/>
          </w:tcPr>
          <w:p>
            <w:r>
              <w:rPr>
                <w:b/>
              </w:rPr>
              <w:t>Technicien</w:t>
            </w:r>
          </w:p>
        </w:tc>
        <w:tc>
          <w:tcPr>
            <w:tcW w:type="dxa" w:w="864"/>
          </w:tcPr>
          <w:p>
            <w:r>
              <w:rPr>
                <w:b/>
              </w:rPr>
              <w:t>Date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Code client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Type</w:t>
            </w:r>
          </w:p>
        </w:tc>
        <w:tc>
          <w:tcPr>
            <w:tcW w:type="dxa" w:w="864"/>
          </w:tcPr>
          <w:p>
            <w:r>
              <w:rPr>
                <w:b/>
              </w:rPr>
              <w:t>Durée (h)</w:t>
            </w:r>
          </w:p>
        </w:tc>
        <w:tc>
          <w:tcPr>
            <w:tcW w:type="dxa" w:w="864"/>
          </w:tcPr>
          <w:p>
            <w:r>
              <w:rPr>
                <w:b/>
              </w:rPr>
              <w:t>Montant HT</w:t>
            </w:r>
          </w:p>
        </w:tc>
        <w:tc>
          <w:tcPr>
            <w:tcW w:type="dxa" w:w="864"/>
          </w:tcPr>
          <w:p>
            <w:r>
              <w:rPr>
                <w:b/>
              </w:rPr>
              <w:t>Résultat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Contrôle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Semaine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2026-09-07</w:t>
            </w:r>
          </w:p>
        </w:tc>
        <w:tc>
          <w:tcPr>
            <w:tcW w:type="dxa" w:w="864"/>
          </w:tcPr>
          <w:p>
            <w:r>
              <w:t>CL-1053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2026-09-07</w:t>
            </w:r>
          </w:p>
        </w:tc>
        <w:tc>
          <w:tcPr>
            <w:tcW w:type="dxa" w:w="864"/>
          </w:tcPr>
          <w:p>
            <w:r>
              <w:t>CL-1028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98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2026-09-07</w:t>
            </w:r>
          </w:p>
        </w:tc>
        <w:tc>
          <w:tcPr>
            <w:tcW w:type="dxa" w:w="864"/>
          </w:tcPr>
          <w:p>
            <w:r>
              <w:t>CL-1019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2026-09-08</w:t>
            </w:r>
          </w:p>
        </w:tc>
        <w:tc>
          <w:tcPr>
            <w:tcW w:type="dxa" w:w="864"/>
          </w:tcPr>
          <w:p>
            <w:r>
              <w:t>CL-1003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65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2026-09-08</w:t>
            </w:r>
          </w:p>
        </w:tc>
        <w:tc>
          <w:tcPr>
            <w:tcW w:type="dxa" w:w="864"/>
          </w:tcPr>
          <w:p>
            <w:r>
              <w:t>CL-1036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2026-09-08</w:t>
            </w:r>
          </w:p>
        </w:tc>
        <w:tc>
          <w:tcPr>
            <w:tcW w:type="dxa" w:w="864"/>
          </w:tcPr>
          <w:p>
            <w:r>
              <w:t>CL-1007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65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2026-09-09</w:t>
            </w:r>
          </w:p>
        </w:tc>
        <w:tc>
          <w:tcPr>
            <w:tcW w:type="dxa" w:w="864"/>
          </w:tcPr>
          <w:p>
            <w:r>
              <w:t>CL-1050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0,5</w:t>
            </w:r>
          </w:p>
        </w:tc>
        <w:tc>
          <w:tcPr>
            <w:tcW w:type="dxa" w:w="864"/>
          </w:tcPr>
          <w:p>
            <w:r>
              <w:t>32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2026-09-09</w:t>
            </w:r>
          </w:p>
        </w:tc>
        <w:tc>
          <w:tcPr>
            <w:tcW w:type="dxa" w:w="864"/>
          </w:tcPr>
          <w:p>
            <w:r>
              <w:t>CL-1051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2026-09-09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2026-09-10</w:t>
            </w:r>
          </w:p>
        </w:tc>
        <w:tc>
          <w:tcPr>
            <w:tcW w:type="dxa" w:w="864"/>
          </w:tcPr>
          <w:p>
            <w:r>
              <w:t>CL-1008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1,25</w:t>
            </w:r>
          </w:p>
        </w:tc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2026-09-10</w:t>
            </w:r>
          </w:p>
        </w:tc>
        <w:tc>
          <w:tcPr>
            <w:tcW w:type="dxa" w:w="864"/>
          </w:tcPr>
          <w:p>
            <w:r>
              <w:t>CL-1027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À reprendre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2026-09-10</w:t>
            </w:r>
          </w:p>
        </w:tc>
        <w:tc>
          <w:tcPr>
            <w:tcW w:type="dxa" w:w="864"/>
          </w:tcPr>
          <w:p>
            <w:r>
              <w:t>CL-1039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0,75</w:t>
            </w:r>
          </w:p>
        </w:tc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2026-09-11</w:t>
            </w:r>
          </w:p>
        </w:tc>
        <w:tc>
          <w:tcPr>
            <w:tcW w:type="dxa" w:w="864"/>
          </w:tcPr>
          <w:p>
            <w:r>
              <w:t>CL-1031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1,25</w:t>
            </w:r>
          </w:p>
        </w:tc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2026-09-11</w:t>
            </w:r>
          </w:p>
        </w:tc>
        <w:tc>
          <w:tcPr>
            <w:tcW w:type="dxa" w:w="864"/>
          </w:tcPr>
          <w:p>
            <w:r>
              <w:t>CL-1019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0,5</w:t>
            </w:r>
          </w:p>
        </w:tc>
        <w:tc>
          <w:tcPr>
            <w:tcW w:type="dxa" w:w="864"/>
          </w:tcPr>
          <w:p>
            <w:r>
              <w:t>32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2026-09-11</w:t>
            </w:r>
          </w:p>
        </w:tc>
        <w:tc>
          <w:tcPr>
            <w:tcW w:type="dxa" w:w="864"/>
          </w:tcPr>
          <w:p>
            <w:r>
              <w:t>CL-1023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240</w:t>
            </w:r>
          </w:p>
        </w:tc>
        <w:tc>
          <w:tcPr>
            <w:tcW w:type="dxa" w:w="864"/>
          </w:tcPr>
          <w:p>
            <w:r>
              <w:t>À reprendre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2026-09-14</w:t>
            </w:r>
          </w:p>
        </w:tc>
        <w:tc>
          <w:tcPr>
            <w:tcW w:type="dxa" w:w="864"/>
          </w:tcPr>
          <w:p>
            <w:r>
              <w:t>CL-1009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0,75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2026-09-14</w:t>
            </w:r>
          </w:p>
        </w:tc>
        <w:tc>
          <w:tcPr>
            <w:tcW w:type="dxa" w:w="864"/>
          </w:tcPr>
          <w:p>
            <w:r>
              <w:t>cl 1043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250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2026-09-14</w:t>
            </w:r>
          </w:p>
        </w:tc>
        <w:tc>
          <w:tcPr>
            <w:tcW w:type="dxa" w:w="864"/>
          </w:tcPr>
          <w:p>
            <w:r>
              <w:t>CL-1046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2026-09-15</w:t>
            </w:r>
          </w:p>
        </w:tc>
        <w:tc>
          <w:tcPr>
            <w:tcW w:type="dxa" w:w="864"/>
          </w:tcPr>
          <w:p>
            <w:r>
              <w:t>CL-1006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2026-09-15</w:t>
            </w:r>
          </w:p>
        </w:tc>
        <w:tc>
          <w:tcPr>
            <w:tcW w:type="dxa" w:w="864"/>
          </w:tcPr>
          <w:p>
            <w:r>
              <w:t>CL-1017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À reprendre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2026-09-15</w:t>
            </w:r>
          </w:p>
        </w:tc>
        <w:tc>
          <w:tcPr>
            <w:tcW w:type="dxa" w:w="864"/>
          </w:tcPr>
          <w:p>
            <w:r>
              <w:t>CL-1009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2026-09-16</w:t>
            </w:r>
          </w:p>
        </w:tc>
        <w:tc>
          <w:tcPr>
            <w:tcW w:type="dxa" w:w="864"/>
          </w:tcPr>
          <w:p>
            <w:r>
              <w:t>CL-1026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2,5</w:t>
            </w:r>
          </w:p>
        </w:tc>
        <w:tc>
          <w:tcPr>
            <w:tcW w:type="dxa" w:w="864"/>
          </w:tcPr>
          <w:p>
            <w:r>
              <w:t>162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2026-09-16</w:t>
            </w:r>
          </w:p>
        </w:tc>
        <w:tc>
          <w:tcPr>
            <w:tcW w:type="dxa" w:w="864"/>
          </w:tcPr>
          <w:p>
            <w:r>
              <w:t>CL-1013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0,75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2026-09-16</w:t>
            </w:r>
          </w:p>
        </w:tc>
        <w:tc>
          <w:tcPr>
            <w:tcW w:type="dxa" w:w="864"/>
          </w:tcPr>
          <w:p>
            <w:r>
              <w:t>CL-1039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0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2026-09-17</w:t>
            </w:r>
          </w:p>
        </w:tc>
        <w:tc>
          <w:tcPr>
            <w:tcW w:type="dxa" w:w="864"/>
          </w:tcPr>
          <w:p>
            <w:r>
              <w:t>CL-1040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0,75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2026-09-17</w:t>
            </w:r>
          </w:p>
        </w:tc>
        <w:tc>
          <w:tcPr>
            <w:tcW w:type="dxa" w:w="864"/>
          </w:tcPr>
          <w:p>
            <w:r>
              <w:t>CL-1023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2026-09-17</w:t>
            </w:r>
          </w:p>
        </w:tc>
        <w:tc>
          <w:tcPr>
            <w:tcW w:type="dxa" w:w="864"/>
          </w:tcPr>
          <w:p>
            <w:r>
              <w:t>CL-1030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130</w:t>
            </w:r>
          </w:p>
        </w:tc>
        <w:tc>
          <w:tcPr>
            <w:tcW w:type="dxa" w:w="864"/>
          </w:tcPr>
          <w:p>
            <w:r>
              <w:t>À reprendre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2026-09-18</w:t>
            </w:r>
          </w:p>
        </w:tc>
        <w:tc>
          <w:tcPr>
            <w:tcW w:type="dxa" w:w="864"/>
          </w:tcPr>
          <w:p>
            <w:r>
              <w:t>CL-1048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2026-09-18</w:t>
            </w:r>
          </w:p>
        </w:tc>
        <w:tc>
          <w:tcPr>
            <w:tcW w:type="dxa" w:w="864"/>
          </w:tcPr>
          <w:p>
            <w:r>
              <w:t>CL-1010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2026-09-18</w:t>
            </w:r>
          </w:p>
        </w:tc>
        <w:tc>
          <w:tcPr>
            <w:tcW w:type="dxa" w:w="864"/>
          </w:tcPr>
          <w:p>
            <w:r>
              <w:t>CL-1034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0,5</w:t>
            </w:r>
          </w:p>
        </w:tc>
        <w:tc>
          <w:tcPr>
            <w:tcW w:type="dxa" w:w="864"/>
          </w:tcPr>
          <w:p>
            <w:r>
              <w:t>78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2026-09-21</w:t>
            </w:r>
          </w:p>
        </w:tc>
        <w:tc>
          <w:tcPr>
            <w:tcW w:type="dxa" w:w="864"/>
          </w:tcPr>
          <w:p>
            <w:r>
              <w:t>CL-1041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45</w:t>
            </w:r>
          </w:p>
        </w:tc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2026-09-21</w:t>
            </w:r>
          </w:p>
        </w:tc>
        <w:tc>
          <w:tcPr>
            <w:tcW w:type="dxa" w:w="864"/>
          </w:tcPr>
          <w:p>
            <w:r>
              <w:t>CL-1013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33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2026-09-21</w:t>
            </w:r>
          </w:p>
        </w:tc>
        <w:tc>
          <w:tcPr>
            <w:tcW w:type="dxa" w:w="864"/>
          </w:tcPr>
          <w:p>
            <w:r>
              <w:t>CL-1017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98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34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2026-09-22</w:t>
            </w:r>
          </w:p>
        </w:tc>
        <w:tc>
          <w:tcPr>
            <w:tcW w:type="dxa" w:w="864"/>
          </w:tcPr>
          <w:p>
            <w:r>
              <w:t>CL-1024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35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2026-09-22</w:t>
            </w:r>
          </w:p>
        </w:tc>
        <w:tc>
          <w:tcPr>
            <w:tcW w:type="dxa" w:w="864"/>
          </w:tcPr>
          <w:p>
            <w:r>
              <w:t>CL-1014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0,75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36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2026-09-22</w:t>
            </w:r>
          </w:p>
        </w:tc>
        <w:tc>
          <w:tcPr>
            <w:tcW w:type="dxa" w:w="864"/>
          </w:tcPr>
          <w:p>
            <w:r>
              <w:t>CL-1052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37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2026-09-23</w:t>
            </w:r>
          </w:p>
        </w:tc>
        <w:tc>
          <w:tcPr>
            <w:tcW w:type="dxa" w:w="864"/>
          </w:tcPr>
          <w:p>
            <w:r>
              <w:t>CL-1031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195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38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2026-09-23</w:t>
            </w:r>
          </w:p>
        </w:tc>
        <w:tc>
          <w:tcPr>
            <w:tcW w:type="dxa" w:w="864"/>
          </w:tcPr>
          <w:p>
            <w:r>
              <w:t>CL-1030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12500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39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2026-09-23</w:t>
            </w:r>
          </w:p>
        </w:tc>
        <w:tc>
          <w:tcPr>
            <w:tcW w:type="dxa" w:w="864"/>
          </w:tcPr>
          <w:p>
            <w:r>
              <w:t>CL-1002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0,75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40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2026-09-24</w:t>
            </w:r>
          </w:p>
        </w:tc>
        <w:tc>
          <w:tcPr>
            <w:tcW w:type="dxa" w:w="864"/>
          </w:tcPr>
          <w:p>
            <w:r>
              <w:t>CL-1043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1,25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41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2026-09-24</w:t>
            </w:r>
          </w:p>
        </w:tc>
        <w:tc>
          <w:tcPr>
            <w:tcW w:type="dxa" w:w="864"/>
          </w:tcPr>
          <w:p>
            <w:r>
              <w:t>CL-1001</w:t>
            </w:r>
          </w:p>
        </w:tc>
        <w:tc>
          <w:tcPr>
            <w:tcW w:type="dxa" w:w="864"/>
          </w:tcPr>
          <w:p>
            <w:r>
              <w:t>Installation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4800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42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2026-09-24</w:t>
            </w:r>
          </w:p>
        </w:tc>
        <w:tc>
          <w:tcPr>
            <w:tcW w:type="dxa" w:w="864"/>
          </w:tcPr>
          <w:p>
            <w:r>
              <w:t>CL-1056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195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43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2026-09-25</w:t>
            </w:r>
          </w:p>
        </w:tc>
        <w:tc>
          <w:tcPr>
            <w:tcW w:type="dxa" w:w="864"/>
          </w:tcPr>
          <w:p>
            <w:r>
              <w:t>CL-1033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44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2026-09-25</w:t>
            </w:r>
          </w:p>
        </w:tc>
        <w:tc>
          <w:tcPr>
            <w:tcW w:type="dxa" w:w="864"/>
          </w:tcPr>
          <w:p>
            <w:r>
              <w:t>CL-1054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45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2026-09-25</w:t>
            </w:r>
          </w:p>
        </w:tc>
        <w:tc>
          <w:tcPr>
            <w:tcW w:type="dxa" w:w="864"/>
          </w:tcPr>
          <w:p>
            <w:r>
              <w:t>CL-1054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46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2026-09-28</w:t>
            </w:r>
          </w:p>
        </w:tc>
        <w:tc>
          <w:tcPr>
            <w:tcW w:type="dxa" w:w="864"/>
          </w:tcPr>
          <w:p>
            <w:r>
              <w:t>CL-1056</w:t>
            </w:r>
          </w:p>
        </w:tc>
        <w:tc>
          <w:tcPr>
            <w:tcW w:type="dxa" w:w="864"/>
          </w:tcPr>
          <w:p>
            <w:r>
              <w:t>Installation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2950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47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2026-09-28</w:t>
            </w:r>
          </w:p>
        </w:tc>
        <w:tc>
          <w:tcPr>
            <w:tcW w:type="dxa" w:w="864"/>
          </w:tcPr>
          <w:p>
            <w:r>
              <w:t>CL-1012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48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2026-09-28</w:t>
            </w:r>
          </w:p>
        </w:tc>
        <w:tc>
          <w:tcPr>
            <w:tcW w:type="dxa" w:w="864"/>
          </w:tcPr>
          <w:p>
            <w:r>
              <w:t>CL-1044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49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2026-09-29</w:t>
            </w:r>
          </w:p>
        </w:tc>
        <w:tc>
          <w:tcPr>
            <w:tcW w:type="dxa" w:w="864"/>
          </w:tcPr>
          <w:p>
            <w:r>
              <w:t>CL-1016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2,5</w:t>
            </w:r>
          </w:p>
        </w:tc>
        <w:tc>
          <w:tcPr>
            <w:tcW w:type="dxa" w:w="864"/>
          </w:tcPr>
          <w:p>
            <w:r>
              <w:t>282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50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2026-09-29</w:t>
            </w:r>
          </w:p>
        </w:tc>
        <w:tc>
          <w:tcPr>
            <w:tcW w:type="dxa" w:w="864"/>
          </w:tcPr>
          <w:p>
            <w:r>
              <w:t>CL-1049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0,75</w:t>
            </w:r>
          </w:p>
        </w:tc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51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2026-09-29</w:t>
            </w:r>
          </w:p>
        </w:tc>
        <w:tc>
          <w:tcPr>
            <w:tcW w:type="dxa" w:w="864"/>
          </w:tcPr>
          <w:p>
            <w:r>
              <w:t>CL-1045</w:t>
            </w:r>
          </w:p>
        </w:tc>
        <w:tc>
          <w:tcPr>
            <w:tcW w:type="dxa" w:w="864"/>
          </w:tcPr>
          <w:p>
            <w:r>
              <w:t>Installation</w:t>
            </w:r>
          </w:p>
        </w:tc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4200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52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2026-11-29</w:t>
            </w:r>
          </w:p>
        </w:tc>
        <w:tc>
          <w:tcPr>
            <w:tcW w:type="dxa" w:w="864"/>
          </w:tcPr>
          <w:p>
            <w:r>
              <w:t>CL-1045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53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2026-09-30</w:t>
            </w:r>
          </w:p>
        </w:tc>
        <w:tc>
          <w:tcPr>
            <w:tcW w:type="dxa" w:w="864"/>
          </w:tcPr>
          <w:p>
            <w:r>
              <w:t>CL-1026</w:t>
            </w:r>
          </w:p>
        </w:tc>
        <w:tc>
          <w:tcPr>
            <w:tcW w:type="dxa" w:w="864"/>
          </w:tcPr>
          <w:p>
            <w:r>
              <w:t>Dépannage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98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54</w:t>
            </w:r>
          </w:p>
        </w:tc>
        <w:tc>
          <w:tcPr>
            <w:tcW w:type="dxa" w:w="864"/>
          </w:tcPr>
          <w:p>
            <w:r>
              <w:t>Bruno</w:t>
            </w:r>
          </w:p>
        </w:tc>
        <w:tc>
          <w:tcPr>
            <w:tcW w:type="dxa" w:w="864"/>
          </w:tcPr>
          <w:p>
            <w:r>
              <w:t>2026-09-30</w:t>
            </w:r>
          </w:p>
        </w:tc>
        <w:tc>
          <w:tcPr>
            <w:tcW w:type="dxa" w:w="864"/>
          </w:tcPr>
          <w:p>
            <w:r>
              <w:t>CL-1043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0,75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55</w:t>
            </w:r>
          </w:p>
        </w:tc>
        <w:tc>
          <w:tcPr>
            <w:tcW w:type="dxa" w:w="864"/>
          </w:tcPr>
          <w:p>
            <w:r>
              <w:t>Céline</w:t>
            </w:r>
          </w:p>
        </w:tc>
        <w:tc>
          <w:tcPr>
            <w:tcW w:type="dxa" w:w="864"/>
          </w:tcPr>
          <w:p>
            <w:r>
              <w:t>2026-10-01</w:t>
            </w:r>
          </w:p>
        </w:tc>
        <w:tc>
          <w:tcPr>
            <w:tcW w:type="dxa" w:w="864"/>
          </w:tcPr>
          <w:p>
            <w:r>
              <w:t>CL-1010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0,75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56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2026-10-01</w:t>
            </w:r>
          </w:p>
        </w:tc>
        <w:tc>
          <w:tcPr>
            <w:tcW w:type="dxa" w:w="864"/>
          </w:tcPr>
          <w:p>
            <w:r>
              <w:t>CL-1026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57</w:t>
            </w:r>
          </w:p>
        </w:tc>
        <w:tc>
          <w:tcPr>
            <w:tcW w:type="dxa" w:w="864"/>
          </w:tcPr>
          <w:p>
            <w:r>
              <w:t>David</w:t>
            </w:r>
          </w:p>
        </w:tc>
        <w:tc>
          <w:tcPr>
            <w:tcW w:type="dxa" w:w="864"/>
          </w:tcPr>
          <w:p>
            <w:r>
              <w:t>2026-10-01</w:t>
            </w:r>
          </w:p>
        </w:tc>
        <w:tc>
          <w:tcPr>
            <w:tcW w:type="dxa" w:w="864"/>
          </w:tcPr>
          <w:p>
            <w:r>
              <w:t>CL-1033</w:t>
            </w:r>
          </w:p>
        </w:tc>
        <w:tc>
          <w:tcPr>
            <w:tcW w:type="dxa" w:w="864"/>
          </w:tcPr>
          <w:p>
            <w:r>
              <w:t>Installation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2950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58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2026-10-02</w:t>
            </w:r>
          </w:p>
        </w:tc>
        <w:tc>
          <w:tcPr>
            <w:tcW w:type="dxa" w:w="864"/>
          </w:tcPr>
          <w:p>
            <w:r>
              <w:t>CL-1047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1,25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59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2026-10-02</w:t>
            </w:r>
          </w:p>
        </w:tc>
        <w:tc>
          <w:tcPr>
            <w:tcW w:type="dxa" w:w="864"/>
          </w:tcPr>
          <w:p>
            <w:r>
              <w:t>CL-1025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60</w:t>
            </w:r>
          </w:p>
        </w:tc>
        <w:tc>
          <w:tcPr>
            <w:tcW w:type="dxa" w:w="864"/>
          </w:tcPr>
          <w:p>
            <w:r>
              <w:t>Amandine</w:t>
            </w:r>
          </w:p>
        </w:tc>
        <w:tc>
          <w:tcPr>
            <w:tcW w:type="dxa" w:w="864"/>
          </w:tcPr>
          <w:p>
            <w:r>
              <w:t>2026-10-02</w:t>
            </w:r>
          </w:p>
        </w:tc>
        <w:tc>
          <w:tcPr>
            <w:tcW w:type="dxa" w:w="864"/>
          </w:tcPr>
          <w:p>
            <w:r>
              <w:t>CL-1008</w:t>
            </w:r>
          </w:p>
        </w:tc>
        <w:tc>
          <w:tcPr>
            <w:tcW w:type="dxa" w:w="864"/>
          </w:tcPr>
          <w:p>
            <w:r>
              <w:t>Entretien</w:t>
            </w:r>
          </w:p>
        </w:tc>
        <w:tc>
          <w:tcPr>
            <w:tcW w:type="dxa" w:w="864"/>
          </w:tcPr>
          <w:p>
            <w:r>
              <w:t>1,5</w:t>
            </w:r>
          </w:p>
        </w:tc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Terminée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interventions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